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1A4F"/>
          <w:sz w:val="44"/>
        </w:rPr>
        <w:t>Web Design Deposit Request Template</w:t>
      </w:r>
    </w:p>
    <w:p>
      <w:r>
        <w:rPr>
          <w:i/>
          <w:color w:val="4A5578"/>
        </w:rPr>
        <w:t>Everything you need to ask a web design client for a deposit: the terms, the schedule, the request email, the invoice email, a reminder, and replies to three pushbacks. Fill in every [bracket] and delete the guidance in italics. Works in Google Docs, Word, Notion or any email client.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1. Deposit terms (paste into your proposal or contract)</w:t>
      </w:r>
    </w:p>
    <w:p>
      <w:r>
        <w:rPr>
          <w:i/>
          <w:color w:val="4A5578"/>
        </w:rPr>
        <w:t>Put this in the proposal, so the deposit is agreed before the client says yes. Pick your own percentage: no professional body, including AIGA, gives a standard one.</w:t>
      </w:r>
    </w:p>
    <w:p>
      <w:r>
        <w:rPr>
          <w:b/>
        </w:rPr>
        <w:t>Deposit.</w:t>
      </w:r>
      <w:r>
        <w:t xml:space="preserve"> A deposit of </w:t>
      </w:r>
      <w:r>
        <w:rPr>
          <w:b/>
        </w:rPr>
        <w:t>[$ ____ / ___%]</w:t>
      </w:r>
      <w:r>
        <w:t xml:space="preserve"> of the total fee ([$ ____]) is due </w:t>
      </w:r>
      <w:r>
        <w:rPr>
          <w:b/>
        </w:rPr>
        <w:t>[on acceptance / within 3 business days of acceptance]</w:t>
      </w:r>
      <w:r>
        <w:t xml:space="preserve">. It books your start date of </w:t>
      </w:r>
      <w:r>
        <w:rPr>
          <w:b/>
        </w:rPr>
        <w:t>[date]</w:t>
      </w:r>
      <w:r>
        <w:t>. Work starts when the deposit is received.</w:t>
      </w:r>
    </w:p>
    <w:p>
      <w:r>
        <w:rPr>
          <w:b/>
        </w:rPr>
        <w:t>How the deposit is used.</w:t>
      </w:r>
      <w:r>
        <w:t xml:space="preserve"> </w:t>
      </w:r>
      <w:r>
        <w:rPr>
          <w:i/>
          <w:color w:val="4A5578"/>
        </w:rPr>
        <w:t>(Choose one.)</w:t>
      </w:r>
    </w:p>
    <w:p>
      <w:pPr>
        <w:pStyle w:val="ListBullet"/>
      </w:pPr>
      <w:r>
        <w:t>[ ] The deposit is applied to the first progress payment, so it is a pre-payment of phase 1.</w:t>
      </w:r>
    </w:p>
    <w:p>
      <w:pPr>
        <w:pStyle w:val="ListBullet"/>
      </w:pPr>
      <w:r>
        <w:t>[ ] The deposit is held until the end of the project and applied to the final invoice. No interest is paid on it while it is held.</w:t>
      </w:r>
    </w:p>
    <w:p>
      <w:r>
        <w:rPr>
          <w:b/>
        </w:rPr>
        <w:t>If the project is cancelled.</w:t>
      </w:r>
      <w:r>
        <w:t xml:space="preserve"> [Before work starts, the deposit is refunded in full.] [After work starts, the deposit is refunded less the work done to that date, at the rates and stages in section 2.] </w:t>
      </w:r>
      <w:r>
        <w:rPr>
          <w:i/>
          <w:color w:val="4A5578"/>
        </w:rPr>
        <w:t>(AIGA's form says a cancelled project's deposit is refunded less any amounts due to the designer, and that the agreement should describe the cancellation process in advance. Have this wording checked where you work.)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2. Payment schedule</w:t>
      </w:r>
    </w:p>
    <w:p>
      <w:r>
        <w:rPr>
          <w:i/>
          <w:color w:val="4A5578"/>
        </w:rPr>
        <w:t>Choose one layout and write real dates. Check the sum: every payment added together must equal the total.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Payment</w:t>
            </w:r>
          </w:p>
        </w:tc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Amount</w:t>
            </w:r>
          </w:p>
        </w:tc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Due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Deposit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[$ ____]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[date, or "on acceptance"]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[Design approval, optional]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[$ ____]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[date, or "when you approve the design"]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Balance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[$ ____]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[date, before launch, for example 3 days before]</w:t>
            </w:r>
          </w:p>
        </w:tc>
      </w:tr>
      <w:tr>
        <w:tc>
          <w:tcPr>
            <w:tcW w:type="dxa" w:w="3312"/>
          </w:tcPr>
          <w:p>
            <w:r>
              <w:rPr>
                <w:b/>
                <w:sz w:val="20"/>
              </w:rPr>
              <w:t>Total</w:t>
            </w:r>
          </w:p>
        </w:tc>
        <w:tc>
          <w:tcPr>
            <w:tcW w:type="dxa" w:w="3312"/>
          </w:tcPr>
          <w:p>
            <w:r>
              <w:rPr>
                <w:b/>
                <w:sz w:val="20"/>
              </w:rPr>
              <w:t>[$ ____]</w:t>
            </w:r>
          </w:p>
        </w:tc>
        <w:tc>
          <w:tcPr>
            <w:tcW w:type="dxa" w:w="3312"/>
          </w:tcPr>
          <w:p/>
        </w:tc>
      </w:tr>
    </w:tbl>
    <w:p/>
    <w:p>
      <w:r>
        <w:rPr>
          <w:i/>
          <w:color w:val="4A5578"/>
        </w:rPr>
        <w:t>Option A, two payments: deposit + balance. Option B, three payments: deposit + design approval + launch.</w:t>
      </w:r>
    </w:p>
    <w:p>
      <w:r>
        <w:t xml:space="preserve">Invoices are due [on receipt / within 15 days]. </w:t>
      </w:r>
      <w:r>
        <w:rPr>
          <w:i/>
          <w:color w:val="4A5578"/>
        </w:rPr>
        <w:t>(AIGA says Net 15 is common for design firms. Whatever you choose, write the date down.)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3. The deposit request email</w:t>
      </w:r>
    </w:p>
    <w:p>
      <w:r>
        <w:rPr>
          <w:i/>
          <w:color w:val="4A5578"/>
        </w:rPr>
        <w:t>Send it the same day the client says yes. It has a day, an amount, a pay link, what it books, and no apology.</w:t>
      </w:r>
    </w:p>
    <w:p>
      <w:r>
        <w:rPr>
          <w:b/>
        </w:rPr>
        <w:t>Subject:</w:t>
      </w:r>
      <w:r>
        <w:t xml:space="preserve"> Next step for your website: deposit due [Friday the 6th]</w:t>
      </w:r>
    </w:p>
    <w:p>
      <w:r>
        <w:t>Hi [Client first name],</w:t>
      </w:r>
    </w:p>
    <w:p>
      <w:r>
        <w:t>Welcome aboard! To book your start on [Monday the 9th], the [$ ____] deposit is due by [Friday the 6th].</w:t>
      </w:r>
    </w:p>
    <w:p>
      <w:r>
        <w:t>Pay here: [payment link]</w:t>
      </w:r>
    </w:p>
    <w:p>
      <w:r>
        <w:t>I'll send the kickoff checklist the moment it lands.</w:t>
      </w:r>
    </w:p>
    <w:p>
      <w:r>
        <w:t>[Your name]</w:t>
      </w:r>
    </w:p>
    <w:p>
      <w:r>
        <w:rPr>
          <w:b/>
        </w:rPr>
        <w:t>Before you send, check:</w:t>
      </w:r>
      <w:r>
        <w:t xml:space="preserve"> a due date is named; the amount is in the email; the pay link is in the email, not in an attachment; there is no "sorry" or "whenever you get a chance".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4. The deposit invoice email</w:t>
      </w:r>
    </w:p>
    <w:p>
      <w:r>
        <w:rPr>
          <w:i/>
          <w:color w:val="4A5578"/>
        </w:rPr>
        <w:t>Short on purpose: one number, one date, one link.</w:t>
      </w:r>
    </w:p>
    <w:p>
      <w:r>
        <w:rPr>
          <w:b/>
        </w:rPr>
        <w:t>Subject:</w:t>
      </w:r>
      <w:r>
        <w:t xml:space="preserve"> Invoice [number]: website deposit, due [date]</w:t>
      </w:r>
    </w:p>
    <w:p>
      <w:r>
        <w:t>Hi [Client first name],</w:t>
      </w:r>
    </w:p>
    <w:p>
      <w:r>
        <w:t>Your deposit invoice is attached and linked below.</w:t>
      </w:r>
    </w:p>
    <w:p>
      <w:r>
        <w:t>Amount: [$ ____]</w:t>
      </w:r>
      <w:r>
        <w:br/>
      </w:r>
      <w:r>
        <w:br/>
        <w:t>Due: [date]</w:t>
      </w:r>
      <w:r>
        <w:br/>
      </w:r>
      <w:r>
        <w:br/>
        <w:t>Pay online: [payment link]</w:t>
      </w:r>
    </w:p>
    <w:p>
      <w:r>
        <w:t>Once it's paid, your start date of [date] is booked.</w:t>
      </w:r>
    </w:p>
    <w:p>
      <w:r>
        <w:t>[Your name]</w:t>
      </w:r>
    </w:p>
    <w:p>
      <w:r>
        <w:rPr>
          <w:i/>
          <w:color w:val="4A5578"/>
        </w:rPr>
        <w:t>On the invoice itself, put a real due date next to "Due" (never "when convenient") and the way to pay on the invoice, not "see attached".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5. The reminder</w:t>
      </w:r>
    </w:p>
    <w:p>
      <w:r>
        <w:rPr>
          <w:i/>
          <w:color w:val="4A5578"/>
        </w:rPr>
        <w:t>Send it the day after the due date, or one day before if you like. Keep it about the invoice.</w:t>
      </w:r>
    </w:p>
    <w:p>
      <w:r>
        <w:rPr>
          <w:b/>
        </w:rPr>
        <w:t>Subject:</w:t>
      </w:r>
      <w:r>
        <w:t xml:space="preserve"> Reminder: deposit for your website, due [date]</w:t>
      </w:r>
    </w:p>
    <w:p>
      <w:r>
        <w:t>Hi [Client first name],</w:t>
      </w:r>
    </w:p>
    <w:p>
      <w:r>
        <w:t>A quick reminder that your [$ ____] deposit was due [date]. Your start date of [date] is held until then.</w:t>
      </w:r>
    </w:p>
    <w:p>
      <w:r>
        <w:t>Pay here: [payment link]</w:t>
      </w:r>
    </w:p>
    <w:p>
      <w:r>
        <w:t>If something's changed, reply and we'll sort it out.</w:t>
      </w:r>
    </w:p>
    <w:p>
      <w:r>
        <w:t>[Your name]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6. Replies to three pushbacks</w:t>
      </w:r>
    </w:p>
    <w:p>
      <w:r>
        <w:rPr>
          <w:b/>
        </w:rPr>
        <w:t>"Can I pay after the design?"</w:t>
      </w:r>
    </w:p>
    <w:p>
      <w:r>
        <w:t>Your start date is booked when the deposit lands. If [Friday] is tight, I can split it: [$ ____] now, [$ ____] at design approval, [$ ____] before launch.</w:t>
      </w:r>
    </w:p>
    <w:p>
      <w:r>
        <w:rPr>
          <w:i/>
          <w:color w:val="4A5578"/>
        </w:rPr>
        <w:t>(Offer a split, not a discount. Check the three amounts add up to the total.)</w:t>
      </w:r>
    </w:p>
    <w:p>
      <w:r>
        <w:rPr>
          <w:b/>
        </w:rPr>
        <w:t>"Can you start now? I'll pay Friday."</w:t>
      </w:r>
    </w:p>
    <w:p>
      <w:r>
        <w:t>Happy to hold our kickoff call. Design starts the day the deposit lands. Here's the link again: [payment link].</w:t>
      </w:r>
    </w:p>
    <w:p>
      <w:r>
        <w:rPr>
          <w:b/>
        </w:rPr>
        <w:t>"Is the deposit refundable?"</w:t>
      </w:r>
    </w:p>
    <w:p>
      <w:r>
        <w:t>[Before work starts, it's refunded in full. After that, it's refunded less the work done so far.] It's in section [3] of the proposal, so you can see it before you accept.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7. Checklist before you send</w:t>
      </w:r>
    </w:p>
    <w:p>
      <w:pPr>
        <w:pStyle w:val="ListBullet"/>
      </w:pPr>
      <w:r>
        <w:t>[ ] The deposit terms are in the proposal, not added afterwards</w:t>
      </w:r>
    </w:p>
    <w:p>
      <w:pPr>
        <w:pStyle w:val="ListBullet"/>
      </w:pPr>
      <w:r>
        <w:t>[ ] Amount, due date and what it books are all written down</w:t>
      </w:r>
    </w:p>
    <w:p>
      <w:pPr>
        <w:pStyle w:val="ListBullet"/>
      </w:pPr>
      <w:r>
        <w:t>[ ] The pay link is in the email</w:t>
      </w:r>
    </w:p>
    <w:p>
      <w:pPr>
        <w:pStyle w:val="ListBullet"/>
      </w:pPr>
      <w:r>
        <w:t>[ ] The refund rule is written, and your terms have been checked where you work</w:t>
      </w:r>
    </w:p>
    <w:p>
      <w:pPr>
        <w:pStyle w:val="ListBullet"/>
      </w:pPr>
      <w:r>
        <w:t>[ ] The payments add up to the total</w:t>
      </w:r>
    </w:p>
    <w:p>
      <w:pPr>
        <w:pStyle w:val="ListBullet"/>
      </w:pPr>
      <w:r>
        <w:t>[ ] Your reminder is set for [date]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8. Acceptance (add under the signature block of your proposal)</w:t>
      </w:r>
    </w:p>
    <w:p>
      <w:r>
        <w:t>To accept, choose a package, sign or type your name, and pay the deposit. Your start date is booked when the deposit is received.</w:t>
      </w:r>
    </w:p>
    <w:p>
      <w:r>
        <w:rPr>
          <w:b/>
        </w:rPr>
        <w:t>Client name:</w:t>
      </w:r>
      <w:r>
        <w:t xml:space="preserve"> [ ____________ ]  </w:t>
      </w:r>
      <w:r>
        <w:rPr>
          <w:b/>
        </w:rPr>
        <w:t>Date:</w:t>
      </w:r>
      <w:r>
        <w:t xml:space="preserve"> [ ____________ ]  </w:t>
      </w:r>
      <w:r>
        <w:rPr>
          <w:b/>
        </w:rPr>
        <w:t>Signature or typed name:</w:t>
      </w:r>
      <w:r>
        <w:t xml:space="preserve"> [ ____________ ]</w:t>
      </w:r>
    </w:p>
    <w:p>
      <w:r>
        <w:rPr>
          <w:i/>
          <w:color w:val="4A5578"/>
        </w:rPr>
        <w:t>Sending lots of these? Workspace369 turns this into a link your client accepts with a typed name and pays the deposit on: https://workspace369.com/features/quoting/?utm_source=template&amp;utm_medium=download&amp;utm_campaign=web-design-deposit-request-template&amp;utm_content=accept</w:t>
      </w:r>
    </w:p>
    <w:p>
      <w:pPr>
        <w:pBdr>
          <w:bottom w:val="single" w:sz="6" w:space="1" w:color="D5DAE8"/>
        </w:pBdr>
      </w:pPr>
    </w:p>
    <w:p>
      <w:r>
        <w:rPr>
          <w:i/>
          <w:color w:val="4A5578"/>
        </w:rPr>
        <w:t>This template is general information, not legal advice. Have your terms checked by someone qualified where you work, especially deposit, refund and late-payment wording.</w:t>
      </w:r>
    </w:p>
    <w:p>
      <w:r>
        <w:rPr>
          <w:i/>
          <w:color w:val="4A5578"/>
        </w:rPr>
        <w:t>Template from the One Person Agency channel. Our #1 pick is Workspace369.</w:t>
      </w:r>
    </w:p>
    <w:p>
      <w:pPr>
        <w:pageBreakBefore/>
      </w:pPr>
      <w:r>
        <w:rPr>
          <w:b/>
          <w:color w:val="0E1A4F"/>
          <w:sz w:val="44"/>
        </w:rPr>
        <w:t>Example: the same deposit request, filled in</w:t>
      </w:r>
    </w:p>
    <w:p>
      <w:r>
        <w:rPr>
          <w:i/>
          <w:color w:val="4A5578"/>
        </w:rPr>
        <w:t>A fictional studio and client, so you can see what "specific" looks like. Your numbers will differ.</w:t>
      </w:r>
    </w:p>
    <w:p>
      <w:r>
        <w:rPr>
          <w:b/>
        </w:rPr>
        <w:t>Project:</w:t>
      </w:r>
      <w:r>
        <w:t xml:space="preserve"> Harbor Dental website, Standard package, fixed fee </w:t>
      </w:r>
      <w:r>
        <w:rPr>
          <w:b/>
        </w:rPr>
        <w:t>$4,800</w:t>
      </w:r>
      <w:r>
        <w:t>. Studio: Reyes Web Studio (Maya Reyes). Client: Dana Ruiz.</w:t>
      </w:r>
    </w:p>
    <w:p>
      <w:r>
        <w:rPr>
          <w:b/>
        </w:rPr>
        <w:t>1. Deposit terms.</w:t>
      </w:r>
      <w:r>
        <w:t xml:space="preserve"> A deposit of 50% ($2,400) is due within 3 business days of acceptance, by Friday the 6th. It books the start date of Monday the 9th. Applied to the final invoice; no interest is paid on it while held. If cancelled before work starts, refunded in full; after that, refunded less the work done to that date.</w:t>
      </w:r>
    </w:p>
    <w:p>
      <w:r>
        <w:rPr>
          <w:b/>
        </w:rPr>
        <w:t>2. Payment schedule.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Payment</w:t>
            </w:r>
          </w:p>
        </w:tc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Amount</w:t>
            </w:r>
          </w:p>
        </w:tc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Due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Deposit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$2,400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Friday the 6th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Balance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$2,400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3 days before launch</w:t>
            </w:r>
          </w:p>
        </w:tc>
      </w:tr>
      <w:tr>
        <w:tc>
          <w:tcPr>
            <w:tcW w:type="dxa" w:w="3312"/>
          </w:tcPr>
          <w:p>
            <w:r>
              <w:rPr>
                <w:b/>
                <w:sz w:val="20"/>
              </w:rPr>
              <w:t>Total</w:t>
            </w:r>
          </w:p>
        </w:tc>
        <w:tc>
          <w:tcPr>
            <w:tcW w:type="dxa" w:w="3312"/>
          </w:tcPr>
          <w:p>
            <w:r>
              <w:rPr>
                <w:b/>
                <w:sz w:val="20"/>
              </w:rPr>
              <w:t>$4,800</w:t>
            </w:r>
          </w:p>
        </w:tc>
        <w:tc>
          <w:tcPr>
            <w:tcW w:type="dxa" w:w="3312"/>
          </w:tcPr>
          <w:p/>
        </w:tc>
      </w:tr>
    </w:tbl>
    <w:p/>
    <w:p>
      <w:r>
        <w:rPr>
          <w:i/>
          <w:color w:val="4A5578"/>
        </w:rPr>
        <w:t>(Three-payment option for a client who asks to pay later: $1,600 deposit, $1,600 at design approval, $1,600 before launch = $4,800.)</w:t>
      </w:r>
    </w:p>
    <w:p>
      <w:r>
        <w:rPr>
          <w:b/>
        </w:rPr>
        <w:t>3. The request email.</w:t>
      </w:r>
      <w:r>
        <w:br/>
      </w:r>
      <w:r>
        <w:br/>
        <w:t>Subject: Next step for your website: deposit due Friday the 6th</w:t>
      </w:r>
      <w:r>
        <w:br/>
      </w:r>
      <w:r>
        <w:br/>
        <w:t>Hi Dana, welcome aboard! To book your start on Monday the 9th, the $2,400 deposit is due by Friday the 6th. Pay here: [payment link]. I'll send the kickoff checklist the moment it lands. Maya</w:t>
      </w:r>
    </w:p>
    <w:p>
      <w:r>
        <w:rPr>
          <w:b/>
        </w:rPr>
        <w:t>4. The invoice email.</w:t>
      </w:r>
      <w:r>
        <w:br/>
      </w:r>
      <w:r>
        <w:br/>
        <w:t>Subject: Invoice 1042: website deposit, due Friday the 6th</w:t>
      </w:r>
      <w:r>
        <w:br/>
      </w:r>
      <w:r>
        <w:br/>
        <w:t>Hi Dana, your deposit invoice is attached and linked below. Amount: $2,400. Due: Friday the 6th. Pay online: [payment link]. Once it's paid, your start date of Monday the 9th is booked. Maya</w:t>
      </w:r>
    </w:p>
    <w:p>
      <w:r>
        <w:rPr>
          <w:b/>
        </w:rPr>
        <w:t>5. The reminder</w:t>
      </w:r>
      <w:r>
        <w:t xml:space="preserve"> goes out Saturday the 7th: "A quick reminder that your $2,400 deposit was due Friday the 6th. Your start date of Monday the 9th is held until then."</w:t>
      </w:r>
    </w:p>
    <w:p>
      <w:r>
        <w:rPr>
          <w:b/>
        </w:rPr>
        <w:t>6. Pushback reply.</w:t>
      </w:r>
      <w:r>
        <w:t xml:space="preserve"> "Can I pay after the design?" Reply: "Your start date is booked when the deposit lands. If Friday is tight, I can split it: $1,600 now, $1,600 at design approval, $1,600 before launch."</w:t>
      </w:r>
    </w:p>
    <w:p>
      <w:r>
        <w:rPr>
          <w:i/>
          <w:color w:val="4A5578"/>
        </w:rPr>
        <w:t>Fictional example. The studio, client and numbers are made up to illustrate the template.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E1A4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